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3034C" w14:textId="65B4A3F5" w:rsidR="00333ECD" w:rsidRDefault="00333ECD">
      <w:pPr>
        <w:spacing w:after="100"/>
        <w:rPr>
          <w:b/>
        </w:rPr>
      </w:pPr>
      <w:r>
        <w:rPr>
          <w:b/>
          <w:noProof/>
        </w:rPr>
        <w:drawing>
          <wp:inline distT="0" distB="0" distL="0" distR="0" wp14:anchorId="5E02DBEC" wp14:editId="776CC82A">
            <wp:extent cx="6325483" cy="251495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25483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9816" w14:textId="77777777" w:rsidR="00333ECD" w:rsidRDefault="00333ECD">
      <w:pPr>
        <w:spacing w:after="0"/>
        <w:jc w:val="center"/>
        <w:rPr>
          <w:b/>
          <w:sz w:val="30"/>
        </w:rPr>
      </w:pPr>
    </w:p>
    <w:p w14:paraId="27837606" w14:textId="3016D949" w:rsidR="006F0381" w:rsidRDefault="001670A7">
      <w:pPr>
        <w:spacing w:after="0"/>
        <w:jc w:val="center"/>
      </w:pPr>
      <w:r>
        <w:rPr>
          <w:b/>
          <w:sz w:val="30"/>
        </w:rPr>
        <w:t>DICHIARAZIONE INDIVIDUALE DI ADESIONE</w:t>
      </w:r>
    </w:p>
    <w:p w14:paraId="7953849D" w14:textId="77777777" w:rsidR="006F0381" w:rsidRDefault="001670A7">
      <w:pPr>
        <w:spacing w:after="40"/>
        <w:jc w:val="center"/>
      </w:pPr>
      <w:r>
        <w:rPr>
          <w:b/>
          <w:sz w:val="28"/>
        </w:rPr>
        <w:t>AD ASSEMBLEA SINDACALE</w:t>
      </w:r>
    </w:p>
    <w:p w14:paraId="14138355" w14:textId="7E8EDD8B" w:rsidR="006F0381" w:rsidRDefault="001670A7">
      <w:pPr>
        <w:jc w:val="center"/>
        <w:rPr>
          <w:b/>
          <w:sz w:val="19"/>
        </w:rPr>
      </w:pPr>
      <w:r>
        <w:rPr>
          <w:b/>
          <w:sz w:val="19"/>
        </w:rPr>
        <w:t>Art. 31 CCNL Istruzione e Ricerca 2019/2021 – Art. 8 CCNQ 04.12.2017</w:t>
      </w:r>
    </w:p>
    <w:p w14:paraId="49D6178E" w14:textId="77777777" w:rsidR="00333ECD" w:rsidRDefault="00333ECD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8"/>
      </w:tblGrid>
      <w:tr w:rsidR="006F0381" w14:paraId="0BC2D043" w14:textId="77777777">
        <w:trPr>
          <w:jc w:val="center"/>
        </w:trPr>
        <w:tc>
          <w:tcPr>
            <w:tcW w:w="997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A216F0" w14:textId="77777777" w:rsidR="006F0381" w:rsidRDefault="001670A7">
            <w:r>
              <w:rPr>
                <w:b/>
              </w:rPr>
              <w:t>RIFERIMENTI NORMATIVI</w:t>
            </w:r>
          </w:p>
          <w:p w14:paraId="2456E4D5" w14:textId="77777777" w:rsidR="006F0381" w:rsidRDefault="001670A7">
            <w:pPr>
              <w:spacing w:after="40"/>
              <w:ind w:left="113"/>
            </w:pPr>
            <w:r>
              <w:rPr>
                <w:b/>
              </w:rPr>
              <w:t xml:space="preserve">• </w:t>
            </w:r>
            <w:r>
              <w:t xml:space="preserve">Art. 31 CCNL Comparto Istruzione e Ricerca 2019/2021, sottoscritto il 18.01.2024, </w:t>
            </w:r>
            <w:r>
              <w:t>relativo al diritto del personale a partecipare alle assemblee sindacali durante l’orario di lavoro, nel limite di 10 ore pro-capite per anno scolastico;</w:t>
            </w:r>
          </w:p>
          <w:p w14:paraId="34958B95" w14:textId="77777777" w:rsidR="006F0381" w:rsidRDefault="001670A7">
            <w:pPr>
              <w:spacing w:after="40"/>
              <w:ind w:left="113"/>
            </w:pPr>
            <w:r>
              <w:rPr>
                <w:b/>
              </w:rPr>
              <w:t xml:space="preserve">• </w:t>
            </w:r>
            <w:r>
              <w:t>Art. 8 CCNQ 04.12.2017 in materia di prerogative sindacali;</w:t>
            </w:r>
          </w:p>
          <w:p w14:paraId="6818A28D" w14:textId="77777777" w:rsidR="006F0381" w:rsidRDefault="001670A7">
            <w:pPr>
              <w:spacing w:after="40"/>
              <w:ind w:left="113"/>
            </w:pPr>
            <w:r>
              <w:rPr>
                <w:b/>
              </w:rPr>
              <w:t xml:space="preserve">• </w:t>
            </w:r>
            <w:r>
              <w:t>CCIR Sicilia vigente in materia di ass</w:t>
            </w:r>
            <w:r>
              <w:t>emblee sindacali;</w:t>
            </w:r>
          </w:p>
          <w:p w14:paraId="1420E9BF" w14:textId="77777777" w:rsidR="006F0381" w:rsidRDefault="001670A7">
            <w:pPr>
              <w:spacing w:after="40"/>
              <w:ind w:left="113"/>
            </w:pPr>
            <w:r>
              <w:rPr>
                <w:b/>
              </w:rPr>
              <w:t xml:space="preserve">• </w:t>
            </w:r>
            <w:r>
              <w:t>Legge 20 maggio 1970, n. 300 (Statuto dei Lavoratori);</w:t>
            </w:r>
          </w:p>
          <w:p w14:paraId="4DB3F4CA" w14:textId="77777777" w:rsidR="006F0381" w:rsidRDefault="001670A7">
            <w:pPr>
              <w:spacing w:after="40"/>
              <w:ind w:left="113"/>
            </w:pPr>
            <w:r>
              <w:rPr>
                <w:b/>
              </w:rPr>
              <w:t xml:space="preserve">• </w:t>
            </w:r>
            <w:r>
              <w:t>ulteriori disposizioni e indicazioni applicabili in materia di partecipazione alle assemblee sindacali.</w:t>
            </w:r>
          </w:p>
        </w:tc>
      </w:tr>
    </w:tbl>
    <w:p w14:paraId="4BBC5CE0" w14:textId="77777777" w:rsidR="006F0381" w:rsidRDefault="006F0381">
      <w:pPr>
        <w:spacing w:after="40"/>
      </w:pPr>
    </w:p>
    <w:p w14:paraId="37E0FA41" w14:textId="77777777" w:rsidR="00333ECD" w:rsidRDefault="00333ECD">
      <w:pPr>
        <w:spacing w:before="100" w:after="80"/>
        <w:rPr>
          <w:b/>
          <w:sz w:val="22"/>
        </w:rPr>
      </w:pPr>
    </w:p>
    <w:p w14:paraId="1443E29B" w14:textId="35527861" w:rsidR="006F0381" w:rsidRDefault="001670A7">
      <w:pPr>
        <w:spacing w:before="100" w:after="80"/>
      </w:pPr>
      <w:r>
        <w:rPr>
          <w:b/>
          <w:sz w:val="22"/>
        </w:rPr>
        <w:t>DATI DELL’ASSEMBLEA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99"/>
        <w:gridCol w:w="4939"/>
      </w:tblGrid>
      <w:tr w:rsidR="006F0381" w14:paraId="2748067F" w14:textId="77777777">
        <w:trPr>
          <w:jc w:val="center"/>
        </w:trPr>
        <w:tc>
          <w:tcPr>
            <w:tcW w:w="498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91700" w14:textId="77777777" w:rsidR="006F0381" w:rsidRDefault="001670A7">
            <w:r>
              <w:rPr>
                <w:b/>
              </w:rPr>
              <w:t>Organizzazione sindacale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4016F" w14:textId="77777777" w:rsidR="006F0381" w:rsidRDefault="001670A7">
            <w:r>
              <w:t>☐</w:t>
            </w:r>
            <w:r>
              <w:t xml:space="preserve"> FLC CGIL   ☐ CISL </w:t>
            </w:r>
            <w:r>
              <w:t>Scuola   ☐ UIL Scuola   ☐ GILDA   ☐ ANIEF   ☐ Altro __________</w:t>
            </w:r>
          </w:p>
        </w:tc>
      </w:tr>
      <w:tr w:rsidR="006F0381" w14:paraId="7D34D417" w14:textId="77777777">
        <w:trPr>
          <w:jc w:val="center"/>
        </w:trPr>
        <w:tc>
          <w:tcPr>
            <w:tcW w:w="498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E03B1" w14:textId="77777777" w:rsidR="006F0381" w:rsidRDefault="001670A7">
            <w:r>
              <w:rPr>
                <w:b/>
              </w:rPr>
              <w:t>Data dell’assemblea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050B4" w14:textId="77777777" w:rsidR="006F0381" w:rsidRDefault="001670A7">
            <w:r>
              <w:t>____ / ____ / 2026</w:t>
            </w:r>
          </w:p>
        </w:tc>
      </w:tr>
      <w:tr w:rsidR="006F0381" w14:paraId="0D257ADF" w14:textId="77777777">
        <w:trPr>
          <w:jc w:val="center"/>
        </w:trPr>
        <w:tc>
          <w:tcPr>
            <w:tcW w:w="498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97A3A" w14:textId="77777777" w:rsidR="006F0381" w:rsidRDefault="001670A7">
            <w:r>
              <w:rPr>
                <w:b/>
              </w:rPr>
              <w:t>Orario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92F748" w14:textId="77777777" w:rsidR="006F0381" w:rsidRDefault="001670A7">
            <w:r>
              <w:t>dalle ore __________ alle ore __________</w:t>
            </w:r>
          </w:p>
        </w:tc>
      </w:tr>
      <w:tr w:rsidR="006F0381" w14:paraId="5530DA15" w14:textId="77777777">
        <w:trPr>
          <w:jc w:val="center"/>
        </w:trPr>
        <w:tc>
          <w:tcPr>
            <w:tcW w:w="498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77E32" w14:textId="77777777" w:rsidR="006F0381" w:rsidRDefault="001670A7">
            <w:r>
              <w:rPr>
                <w:b/>
              </w:rPr>
              <w:t>Modalità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1456A" w14:textId="77777777" w:rsidR="006F0381" w:rsidRDefault="001670A7">
            <w:r>
              <w:t>☐</w:t>
            </w:r>
            <w:r>
              <w:t xml:space="preserve"> In presenza presso __________________________   ☐ On-line   ☐ Provinciale   ☐ Regionale</w:t>
            </w:r>
          </w:p>
        </w:tc>
      </w:tr>
    </w:tbl>
    <w:p w14:paraId="059CF11D" w14:textId="2FFEF66B" w:rsidR="00333ECD" w:rsidRDefault="00333ECD">
      <w:pPr>
        <w:spacing w:before="100" w:after="80"/>
        <w:rPr>
          <w:b/>
          <w:sz w:val="22"/>
        </w:rPr>
      </w:pPr>
    </w:p>
    <w:p w14:paraId="63402D4D" w14:textId="77777777" w:rsidR="00333ECD" w:rsidRDefault="00333ECD">
      <w:pPr>
        <w:rPr>
          <w:b/>
          <w:sz w:val="22"/>
        </w:rPr>
      </w:pPr>
      <w:r>
        <w:rPr>
          <w:b/>
          <w:sz w:val="22"/>
        </w:rPr>
        <w:br w:type="page"/>
      </w:r>
    </w:p>
    <w:p w14:paraId="4E2B4B05" w14:textId="00C98AA4" w:rsidR="006F0381" w:rsidRDefault="001670A7" w:rsidP="00333ECD">
      <w:pPr>
        <w:spacing w:before="100" w:after="80"/>
        <w:jc w:val="center"/>
        <w:rPr>
          <w:b/>
          <w:sz w:val="22"/>
        </w:rPr>
      </w:pPr>
      <w:r>
        <w:rPr>
          <w:b/>
          <w:sz w:val="22"/>
        </w:rPr>
        <w:lastRenderedPageBreak/>
        <w:t>MODULO DI DICHIARAZIONE INDIVIDUALE</w:t>
      </w:r>
    </w:p>
    <w:p w14:paraId="6DE9CE2A" w14:textId="77777777" w:rsidR="006F0381" w:rsidRDefault="001670A7"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 xml:space="preserve">/a </w:t>
      </w:r>
      <w:r>
        <w:t>____________________________________________________________</w:t>
      </w:r>
    </w:p>
    <w:p w14:paraId="3D9708CF" w14:textId="77777777" w:rsidR="006F0381" w:rsidRDefault="001670A7">
      <w:r>
        <w:rPr>
          <w:b/>
        </w:rPr>
        <w:t xml:space="preserve">nato/a a </w:t>
      </w:r>
      <w:r>
        <w:t xml:space="preserve">__________________________________    </w:t>
      </w:r>
      <w:r>
        <w:rPr>
          <w:b/>
        </w:rPr>
        <w:t xml:space="preserve">il </w:t>
      </w:r>
      <w:r>
        <w:t>____ / ____ / ______</w:t>
      </w:r>
    </w:p>
    <w:p w14:paraId="6639C83C" w14:textId="77777777" w:rsidR="006F0381" w:rsidRDefault="001670A7">
      <w:r>
        <w:rPr>
          <w:b/>
        </w:rPr>
        <w:t>in servizio presso questo Istituto in qualità di:</w:t>
      </w:r>
    </w:p>
    <w:p w14:paraId="51C39A3C" w14:textId="77777777" w:rsidR="006F0381" w:rsidRDefault="001670A7">
      <w:r>
        <w:t>☐</w:t>
      </w:r>
      <w:r>
        <w:t xml:space="preserve"> Docente a tempo</w:t>
      </w:r>
      <w:r>
        <w:t xml:space="preserve"> indeterminato    ☐ Docente a tempo determinato    ☐ Personale ATA</w:t>
      </w:r>
    </w:p>
    <w:p w14:paraId="5800D3FA" w14:textId="320D9EEF" w:rsidR="006F0381" w:rsidRDefault="001670A7">
      <w:proofErr w:type="spellStart"/>
      <w:r>
        <w:rPr>
          <w:b/>
        </w:rPr>
        <w:t>Classe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concorso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Profilo</w:t>
      </w:r>
      <w:proofErr w:type="spellEnd"/>
      <w:r>
        <w:rPr>
          <w:b/>
        </w:rPr>
        <w:t xml:space="preserve">: </w:t>
      </w:r>
      <w:r>
        <w:t>______________________</w:t>
      </w:r>
      <w:r w:rsidR="00333ECD">
        <w:t>______</w:t>
      </w:r>
      <w:r>
        <w:t xml:space="preserve">    </w:t>
      </w:r>
      <w:proofErr w:type="spellStart"/>
      <w:r>
        <w:rPr>
          <w:b/>
        </w:rPr>
        <w:t>Sede</w:t>
      </w:r>
      <w:proofErr w:type="spellEnd"/>
      <w:r>
        <w:rPr>
          <w:b/>
        </w:rPr>
        <w:t>/</w:t>
      </w:r>
      <w:proofErr w:type="spellStart"/>
      <w:r>
        <w:rPr>
          <w:b/>
        </w:rPr>
        <w:t>Plesso</w:t>
      </w:r>
      <w:proofErr w:type="spellEnd"/>
      <w:r>
        <w:rPr>
          <w:b/>
        </w:rPr>
        <w:t xml:space="preserve">: </w:t>
      </w:r>
      <w:r>
        <w:t>__________________</w:t>
      </w:r>
    </w:p>
    <w:p w14:paraId="32D0F20A" w14:textId="77777777" w:rsidR="006F0381" w:rsidRDefault="001670A7" w:rsidP="00333ECD">
      <w:pPr>
        <w:spacing w:after="0"/>
      </w:pPr>
      <w:r>
        <w:rPr>
          <w:i/>
        </w:rPr>
        <w:t xml:space="preserve">Consapevole che la presente dichiarazione è resa ai sensi del D.P.R. 28 dicembre 2000, n. </w:t>
      </w:r>
      <w:r>
        <w:rPr>
          <w:i/>
        </w:rPr>
        <w:t>445, e che la dichiarazione di adesione all’assemblea è irrevocabile ai fini del computo del monte ore individuale previsto dalla normativa vigente,</w:t>
      </w:r>
    </w:p>
    <w:p w14:paraId="14E249C5" w14:textId="77777777" w:rsidR="006F0381" w:rsidRDefault="001670A7" w:rsidP="00333ECD">
      <w:pPr>
        <w:spacing w:after="0"/>
        <w:jc w:val="center"/>
      </w:pPr>
      <w:r>
        <w:rPr>
          <w:b/>
          <w:sz w:val="24"/>
        </w:rPr>
        <w:t>DICHIARA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8"/>
      </w:tblGrid>
      <w:tr w:rsidR="006F0381" w14:paraId="2AAD9AB2" w14:textId="77777777">
        <w:tc>
          <w:tcPr>
            <w:tcW w:w="9972" w:type="dxa"/>
            <w:shd w:val="clear" w:color="auto" w:fill="F7F7F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834BFC4" w14:textId="77777777" w:rsidR="006F0381" w:rsidRDefault="001670A7">
            <w:r>
              <w:t>☐</w:t>
            </w:r>
            <w:r>
              <w:t xml:space="preserve">  DI ADERIRE all’assemblea sindacale indicata nella presente comunicazione e di assentarsi dal se</w:t>
            </w:r>
            <w:r>
              <w:t>rvizio nelle ore coincidenti con l’assemblea, secondo il proprio orario di servizio.</w:t>
            </w:r>
          </w:p>
        </w:tc>
      </w:tr>
      <w:tr w:rsidR="006F0381" w14:paraId="6699BE7A" w14:textId="77777777">
        <w:tc>
          <w:tcPr>
            <w:tcW w:w="9972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11465FE" w14:textId="77777777" w:rsidR="006F0381" w:rsidRDefault="001670A7">
            <w:r>
              <w:t>☐</w:t>
            </w:r>
            <w:r>
              <w:t xml:space="preserve">  DI NON ADERIRE all’assemblea sindacale e di garantire il regolare svolgimento del servizio.</w:t>
            </w:r>
          </w:p>
        </w:tc>
      </w:tr>
    </w:tbl>
    <w:p w14:paraId="332D3C2B" w14:textId="77777777" w:rsidR="006F0381" w:rsidRDefault="001670A7" w:rsidP="00333ECD">
      <w:pPr>
        <w:spacing w:before="100" w:after="80"/>
        <w:jc w:val="center"/>
      </w:pPr>
      <w:r>
        <w:rPr>
          <w:b/>
          <w:sz w:val="22"/>
        </w:rPr>
        <w:t>MONTE ORE ANNUALE</w:t>
      </w:r>
    </w:p>
    <w:p w14:paraId="6969FC09" w14:textId="77777777" w:rsidR="006F0381" w:rsidRDefault="001670A7">
      <w:r>
        <w:rPr>
          <w:b/>
        </w:rPr>
        <w:t>Il/La sottoscritto/a dichiara inoltre di aver già fruito</w:t>
      </w:r>
      <w:r>
        <w:rPr>
          <w:b/>
        </w:rPr>
        <w:t xml:space="preserve"> di n. </w:t>
      </w:r>
      <w:r>
        <w:t>______ ore di assemblea sindacale nel corrente anno scolastico.</w:t>
      </w:r>
    </w:p>
    <w:p w14:paraId="21F6CAE0" w14:textId="77777777" w:rsidR="006F0381" w:rsidRDefault="001670A7">
      <w:r>
        <w:rPr>
          <w:b/>
        </w:rPr>
        <w:t xml:space="preserve">Monte ore residuo: </w:t>
      </w:r>
      <w:r>
        <w:t>n. ______ ore.</w:t>
      </w:r>
    </w:p>
    <w:p w14:paraId="13D1B28B" w14:textId="77777777" w:rsidR="006F0381" w:rsidRDefault="001670A7">
      <w:pPr>
        <w:spacing w:before="100" w:after="80"/>
      </w:pPr>
      <w:r>
        <w:rPr>
          <w:b/>
          <w:sz w:val="22"/>
        </w:rPr>
        <w:t>IL DIPENDENTE DICHIARA DI ESSERE CONSAPEVOLE CHE</w:t>
      </w:r>
    </w:p>
    <w:p w14:paraId="6EBB36B1" w14:textId="77777777" w:rsidR="006F0381" w:rsidRDefault="001670A7">
      <w:pPr>
        <w:spacing w:after="40"/>
        <w:ind w:left="142" w:hanging="142"/>
      </w:pPr>
      <w:r>
        <w:rPr>
          <w:b/>
        </w:rPr>
        <w:t xml:space="preserve">• </w:t>
      </w:r>
      <w:r>
        <w:t>In caso di adesione, il servizio potrà essere modificato o interrotto in relazione all’organizzazion</w:t>
      </w:r>
      <w:r>
        <w:t>e predisposta dall’Istituzione scolastica.</w:t>
      </w:r>
    </w:p>
    <w:p w14:paraId="1F2E06FC" w14:textId="77777777" w:rsidR="006F0381" w:rsidRDefault="001670A7">
      <w:pPr>
        <w:spacing w:after="40"/>
        <w:ind w:left="142" w:hanging="142"/>
      </w:pPr>
      <w:r>
        <w:rPr>
          <w:b/>
        </w:rPr>
        <w:t xml:space="preserve">• </w:t>
      </w:r>
      <w:r>
        <w:t>Le classi interessate potranno essere riorganizzate e, ove previsto, potrà essere disposta una modifica dell’orario o l’uscita anticipata degli alunni.</w:t>
      </w:r>
    </w:p>
    <w:p w14:paraId="43CEAD91" w14:textId="77777777" w:rsidR="006F0381" w:rsidRDefault="001670A7">
      <w:pPr>
        <w:spacing w:after="40"/>
        <w:ind w:left="142" w:hanging="142"/>
      </w:pPr>
      <w:r>
        <w:rPr>
          <w:b/>
        </w:rPr>
        <w:t xml:space="preserve">• </w:t>
      </w:r>
      <w:r>
        <w:t xml:space="preserve">Il personale che partecipa ad un’assemblea </w:t>
      </w:r>
      <w:r>
        <w:t>sindacale svolta in modalità on-line non può contemporaneamente prestare servizio.</w:t>
      </w:r>
    </w:p>
    <w:p w14:paraId="6AE55A1B" w14:textId="77777777" w:rsidR="006F0381" w:rsidRDefault="001670A7">
      <w:pPr>
        <w:spacing w:after="40"/>
        <w:ind w:left="142" w:hanging="142"/>
      </w:pPr>
      <w:r>
        <w:rPr>
          <w:b/>
        </w:rPr>
        <w:t xml:space="preserve">• </w:t>
      </w:r>
      <w:r>
        <w:t>La partecipazione all’assemblea è computata nel limite del monte ore individuale previsto dalla normativa vigente.</w:t>
      </w:r>
    </w:p>
    <w:p w14:paraId="5E10DBE8" w14:textId="7A162ECE" w:rsidR="006F0381" w:rsidRDefault="001670A7" w:rsidP="00333ECD">
      <w:pPr>
        <w:spacing w:before="120"/>
      </w:pPr>
      <w:proofErr w:type="spellStart"/>
      <w:r>
        <w:rPr>
          <w:b/>
        </w:rPr>
        <w:t>Polistena</w:t>
      </w:r>
      <w:proofErr w:type="spellEnd"/>
      <w:r>
        <w:rPr>
          <w:b/>
        </w:rPr>
        <w:t>, ____ / ____ / 2026</w:t>
      </w:r>
      <w:r w:rsidR="00333ECD">
        <w:tab/>
      </w:r>
      <w:r w:rsidR="00333ECD">
        <w:tab/>
      </w:r>
      <w:r w:rsidR="00333ECD">
        <w:tab/>
      </w:r>
      <w:r w:rsidR="00333ECD">
        <w:tab/>
      </w:r>
      <w:r w:rsidR="00333ECD">
        <w:tab/>
      </w:r>
      <w:r w:rsidR="00333ECD">
        <w:tab/>
      </w:r>
      <w:proofErr w:type="spellStart"/>
      <w:r>
        <w:rPr>
          <w:b/>
        </w:rPr>
        <w:t>Firma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dipendente</w:t>
      </w:r>
      <w:proofErr w:type="spellEnd"/>
    </w:p>
    <w:p w14:paraId="47D13A9B" w14:textId="1F22366E" w:rsidR="006F0381" w:rsidRDefault="00333ECD" w:rsidP="00333ECD">
      <w:pPr>
        <w:ind w:left="4320"/>
      </w:pPr>
      <w:r>
        <w:t xml:space="preserve">      _____________________________________________</w:t>
      </w:r>
    </w:p>
    <w:p w14:paraId="40C238A8" w14:textId="77777777" w:rsidR="006F0381" w:rsidRDefault="001670A7">
      <w:pPr>
        <w:spacing w:before="100" w:after="80"/>
      </w:pPr>
      <w:r>
        <w:rPr>
          <w:b/>
          <w:sz w:val="22"/>
        </w:rPr>
        <w:t>RESTITUZIONE DELLA DICHIARAZIONE</w:t>
      </w:r>
    </w:p>
    <w:p w14:paraId="1EB8B9B5" w14:textId="68E00FEB" w:rsidR="006F0381" w:rsidRDefault="001670A7" w:rsidP="00333ECD">
      <w:pPr>
        <w:spacing w:line="360" w:lineRule="auto"/>
      </w:pPr>
      <w:r>
        <w:rPr>
          <w:b/>
        </w:rPr>
        <w:t xml:space="preserve">La presente dichiarazione dovrà essere restituita </w:t>
      </w:r>
      <w:r>
        <w:t xml:space="preserve">entro le ore 12:00 del </w:t>
      </w:r>
      <w:proofErr w:type="spellStart"/>
      <w:r>
        <w:t>gio</w:t>
      </w:r>
      <w:r w:rsidR="00E276CC">
        <w:t>r</w:t>
      </w:r>
      <w:r>
        <w:t>no</w:t>
      </w:r>
      <w:proofErr w:type="spellEnd"/>
      <w:r>
        <w:t xml:space="preserve"> </w:t>
      </w:r>
      <w:r w:rsidR="00D6064E" w:rsidRPr="00E276CC">
        <w:rPr>
          <w:b/>
          <w:bCs/>
        </w:rPr>
        <w:t>29/09/2026</w:t>
      </w:r>
      <w:r>
        <w:t xml:space="preserve">, </w:t>
      </w:r>
      <w:proofErr w:type="spellStart"/>
      <w:r>
        <w:t>all’Ufficio</w:t>
      </w:r>
      <w:proofErr w:type="spellEnd"/>
      <w:r>
        <w:t xml:space="preserve"> di </w:t>
      </w:r>
      <w:proofErr w:type="spellStart"/>
      <w:r>
        <w:t>Segreteria</w:t>
      </w:r>
      <w:proofErr w:type="spellEnd"/>
      <w:r>
        <w:t xml:space="preserve"> </w:t>
      </w:r>
      <w:proofErr w:type="spellStart"/>
      <w:r>
        <w:t>oppure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e-mail </w:t>
      </w:r>
      <w:proofErr w:type="spellStart"/>
      <w:r>
        <w:t>all’indirizzo</w:t>
      </w:r>
      <w:proofErr w:type="spellEnd"/>
      <w:r>
        <w:t>:</w:t>
      </w:r>
      <w:r w:rsidR="00333ECD">
        <w:t xml:space="preserve"> </w:t>
      </w:r>
      <w:r>
        <w:t>_______</w:t>
      </w:r>
      <w:r>
        <w:t>______________________________</w:t>
      </w:r>
    </w:p>
    <w:p w14:paraId="2FB90C6D" w14:textId="77777777" w:rsidR="006F0381" w:rsidRDefault="001670A7">
      <w:r>
        <w:t>Il termine è stabilito al fine di consentire all’Istituzione scolastica la tempestiva organizzazione del servizio e gli eventuali adempimenti conseguenti alla partecipazione del personale all’assemblea sindacale.</w:t>
      </w:r>
    </w:p>
    <w:p w14:paraId="691E89DC" w14:textId="028C19B9" w:rsidR="006F0381" w:rsidRDefault="001670A7" w:rsidP="00333ECD">
      <w:pPr>
        <w:spacing w:after="0"/>
        <w:ind w:left="6480"/>
        <w:rPr>
          <w:b/>
        </w:rPr>
      </w:pPr>
      <w:r>
        <w:rPr>
          <w:b/>
        </w:rPr>
        <w:t xml:space="preserve">Visto – Il </w:t>
      </w:r>
      <w:proofErr w:type="spellStart"/>
      <w:r>
        <w:rPr>
          <w:b/>
        </w:rPr>
        <w:t>D</w:t>
      </w:r>
      <w:r>
        <w:rPr>
          <w:b/>
        </w:rPr>
        <w:t>irigente</w:t>
      </w:r>
      <w:proofErr w:type="spellEnd"/>
      <w:r>
        <w:rPr>
          <w:b/>
        </w:rPr>
        <w:t xml:space="preserve"> Scolastico</w:t>
      </w:r>
    </w:p>
    <w:p w14:paraId="53C39217" w14:textId="1D037E15" w:rsidR="00333ECD" w:rsidRDefault="00333ECD" w:rsidP="00333ECD">
      <w:pPr>
        <w:spacing w:after="0"/>
        <w:ind w:left="6480"/>
        <w:rPr>
          <w:b/>
        </w:rPr>
      </w:pPr>
      <w:r>
        <w:rPr>
          <w:b/>
        </w:rPr>
        <w:t xml:space="preserve">                Carmela LUCISANO</w:t>
      </w:r>
    </w:p>
    <w:p w14:paraId="2A08B942" w14:textId="77777777" w:rsidR="00333ECD" w:rsidRDefault="00333ECD" w:rsidP="00333ECD">
      <w:pPr>
        <w:spacing w:after="0"/>
        <w:ind w:left="6480"/>
      </w:pPr>
    </w:p>
    <w:p w14:paraId="539BBC13" w14:textId="1C0B0008" w:rsidR="006F0381" w:rsidRDefault="001670A7" w:rsidP="00333ECD">
      <w:pPr>
        <w:ind w:left="4320"/>
      </w:pPr>
      <w:r>
        <w:t>____________________________________________</w:t>
      </w:r>
    </w:p>
    <w:sectPr w:rsidR="006F0381" w:rsidSect="00502BEF">
      <w:footerReference w:type="default" r:id="rId9"/>
      <w:pgSz w:w="11906" w:h="16838" w:code="9"/>
      <w:pgMar w:top="680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2175E" w14:textId="77777777" w:rsidR="00AB7C40" w:rsidRDefault="00AB7C40">
      <w:pPr>
        <w:spacing w:after="0" w:line="240" w:lineRule="auto"/>
      </w:pPr>
      <w:r>
        <w:separator/>
      </w:r>
    </w:p>
  </w:endnote>
  <w:endnote w:type="continuationSeparator" w:id="0">
    <w:p w14:paraId="08FDD048" w14:textId="77777777" w:rsidR="00AB7C40" w:rsidRDefault="00AB7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7EA6" w14:textId="77777777" w:rsidR="006F0381" w:rsidRDefault="001670A7">
    <w:pPr>
      <w:pStyle w:val="Pidipagina"/>
      <w:jc w:val="center"/>
    </w:pPr>
    <w:r>
      <w:rPr>
        <w:sz w:val="16"/>
      </w:rPr>
      <w:t>Dichiarazione individuale di adesione ad assemblea sindacale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9AC67" w14:textId="77777777" w:rsidR="00AB7C40" w:rsidRDefault="00AB7C40">
      <w:pPr>
        <w:spacing w:after="0" w:line="240" w:lineRule="auto"/>
      </w:pPr>
      <w:r>
        <w:separator/>
      </w:r>
    </w:p>
  </w:footnote>
  <w:footnote w:type="continuationSeparator" w:id="0">
    <w:p w14:paraId="5D24A717" w14:textId="77777777" w:rsidR="00AB7C40" w:rsidRDefault="00AB7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7141513">
    <w:abstractNumId w:val="8"/>
  </w:num>
  <w:num w:numId="2" w16cid:durableId="565384069">
    <w:abstractNumId w:val="6"/>
  </w:num>
  <w:num w:numId="3" w16cid:durableId="1396080515">
    <w:abstractNumId w:val="5"/>
  </w:num>
  <w:num w:numId="4" w16cid:durableId="109591260">
    <w:abstractNumId w:val="4"/>
  </w:num>
  <w:num w:numId="5" w16cid:durableId="641888897">
    <w:abstractNumId w:val="7"/>
  </w:num>
  <w:num w:numId="6" w16cid:durableId="146485036">
    <w:abstractNumId w:val="3"/>
  </w:num>
  <w:num w:numId="7" w16cid:durableId="658851981">
    <w:abstractNumId w:val="2"/>
  </w:num>
  <w:num w:numId="8" w16cid:durableId="1158611285">
    <w:abstractNumId w:val="1"/>
  </w:num>
  <w:num w:numId="9" w16cid:durableId="778992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70A7"/>
    <w:rsid w:val="0029639D"/>
    <w:rsid w:val="00326F90"/>
    <w:rsid w:val="00333ECD"/>
    <w:rsid w:val="00502BEF"/>
    <w:rsid w:val="006F0381"/>
    <w:rsid w:val="00AA1D8D"/>
    <w:rsid w:val="00AB7C40"/>
    <w:rsid w:val="00B47730"/>
    <w:rsid w:val="00CB0664"/>
    <w:rsid w:val="00D6064E"/>
    <w:rsid w:val="00E276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92A14C"/>
  <w14:defaultImageDpi w14:val="300"/>
  <w15:docId w15:val="{4674D89D-D5F9-40E0-AD4F-0A64B61D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2026-09-24T07:28:00Z</cp:lastPrinted>
  <dcterms:created xsi:type="dcterms:W3CDTF">2026-09-25T06:39:00Z</dcterms:created>
  <dcterms:modified xsi:type="dcterms:W3CDTF">2026-09-25T06:39:00Z</dcterms:modified>
  <cp:category/>
</cp:coreProperties>
</file>